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f9731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הסיפור של החוזקה שלי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יסודי · כתיבה · החוזקות שלי</w:t>
            </w:r>
          </w:p>
        </w:tc>
        <w:tc>
          <w:tcPr>
            <w:tcW w:type="dxa" w:w="1417"/>
            <w:shd w:val="clear" w:color="auto" w:fill="f9731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68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בחרו חוזקה אחת שלכם, וספרו עליה סיפור קצר. אפשר להיעזר במילים שבתיבה.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80"/>
        <w:jc w:val="right"/>
      </w:pPr>
      <w:r>
        <w:rPr>
          <w:rFonts w:ascii="Arial" w:hAnsi="Arial" w:cs="Arial"/>
          <w:color w:val="F97316"/>
          <w:sz w:val="22"/>
          <w:rtl/>
          <w:szCs w:val="22"/>
        </w:rPr>
        <w:t>🔍 סקרנות   ·   🎨 יצירתיות   ·   🦁 אומץ   ·   🧗 התמדה   ·   ❤️ אכפתיות ואהבה   ·   🤲 נדיבות וחסד   ·   👥 עבודת צוות   ·   🙏 הכרת תודה   ·   🌈 תקווה   ·   😄 הומור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5103"/>
        <w:gridCol w:w="5103"/>
      </w:tblGrid>
      <w:tr>
        <w:trPr>
          <w:trHeight w:val="90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החוזקה שבחרתי: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90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פעם אחת (מתי? איפה?):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90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היה קשה כי: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90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השתמשתי בחוזקה שלי כש: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907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בסוף: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/>
          <w:b/>
          <w:color w:val="F97316"/>
          <w:sz w:val="26"/>
          <w:rtl/>
          <w:szCs w:val="26"/>
          <w:bCs/>
        </w:rPr>
        <w:t>ציור לסיפור שלי: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C4B5FD"/>
          <w:left w:val="dashed" w:sz="8" w:color="C4B5FD"/>
          <w:bottom w:val="dashed" w:sz="8" w:color="C4B5FD"/>
          <w:right w:val="dashed" w:sz="8" w:color="C4B5FD"/>
          <w:insideH w:val="dashed" w:sz="8" w:color="C4B5FD"/>
          <w:insideV w:val="dashed" w:sz="8" w:color="C4B5FD"/>
        </w:tblBorders>
      </w:tblPr>
      <w:tblGrid>
        <w:gridCol w:w="10206"/>
      </w:tblGrid>
      <w:tr>
        <w:trPr>
          <w:trHeight w:val="3118" w:hRule="atLeast"/>
        </w:trPr>
        <w:tc>
          <w:tcPr>
            <w:tcW w:type="dxa" w:w="10206"/>
          </w:tcPr>
          <w:p>
            <w:pPr>
              <w:bidi/>
              <w:jc w:val="right"/>
            </w:pPr>
            <w:r/>
          </w:p>
        </w:tc>
      </w:tr>
    </w:tbl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