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7c3aed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פרופיל החוזקות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חט״ב · גילוי · החוזקות שלי</w:t>
            </w:r>
          </w:p>
        </w:tc>
        <w:tc>
          <w:tcPr>
            <w:tcW w:type="dxa" w:w="1417"/>
            <w:shd w:val="clear" w:color="auto" w:fill="7c3aed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אחרי השאלון באתר, כתבו את שלוש החוזקות המובילות שלכם ותנו "הוכחה" מהחיים לכל אחת.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החוזקה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הוכחה: רגע אמיתי שבו השתמשתי בה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איך היא עוזרת לי כשקשה?</w:t>
            </w:r>
          </w:p>
        </w:tc>
      </w:tr>
      <w:tr>
        <w:trPr>
          <w:trHeight w:val="147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47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47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חוזקה שחבר/ה זיהו בי (שאלו מישהו!):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חוזקה שאני רוצה לפתח השנה, וצעד קטן אחד לשם: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